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78197" w14:textId="77777777" w:rsidR="008144F5" w:rsidRPr="00424820" w:rsidRDefault="00142F1E">
      <w:pPr>
        <w:spacing w:after="40"/>
        <w:jc w:val="center"/>
      </w:pPr>
      <w:r w:rsidRPr="00424820">
        <w:rPr>
          <w:rFonts w:ascii="Arial" w:hAnsi="Arial"/>
          <w:b/>
          <w:sz w:val="32"/>
        </w:rPr>
        <w:t>EVIDENCE RETRIEVAL REQUEST FORM</w:t>
      </w:r>
    </w:p>
    <w:p w14:paraId="2C033873" w14:textId="77777777" w:rsidR="008144F5" w:rsidRPr="00424820" w:rsidRDefault="00142F1E">
      <w:pPr>
        <w:spacing w:after="240"/>
        <w:jc w:val="center"/>
      </w:pPr>
      <w:r w:rsidRPr="00424820">
        <w:rPr>
          <w:rFonts w:ascii="Calibri" w:hAnsi="Calibri"/>
          <w:b/>
        </w:rPr>
        <w:t>Hernando County Clerk of Circuit Court &amp; Comptroller</w:t>
      </w:r>
      <w:r w:rsidRPr="00424820">
        <w:rPr>
          <w:rFonts w:ascii="Calibri" w:hAnsi="Calibri"/>
          <w:b/>
        </w:rPr>
        <w:br/>
      </w:r>
      <w:r w:rsidRPr="00424820">
        <w:rPr>
          <w:rFonts w:ascii="Calibri" w:hAnsi="Calibri"/>
          <w:i/>
          <w:sz w:val="19"/>
        </w:rPr>
        <w:t>Courtroom &amp; Jury Services Department</w:t>
      </w:r>
      <w:r w:rsidRPr="00424820">
        <w:rPr>
          <w:rFonts w:ascii="Calibri" w:hAnsi="Calibri"/>
          <w:i/>
          <w:sz w:val="19"/>
        </w:rPr>
        <w:br/>
        <w:t>20 North Main Street, Room 161 | Brooksville, FL 34601</w:t>
      </w:r>
      <w:r w:rsidRPr="00424820">
        <w:rPr>
          <w:rFonts w:ascii="Calibri" w:hAnsi="Calibri"/>
          <w:i/>
          <w:sz w:val="19"/>
        </w:rPr>
        <w:br/>
        <w:t>Email: CourtroomServices@hernandoclerk.org</w:t>
      </w:r>
    </w:p>
    <w:p w14:paraId="12996F45" w14:textId="77777777" w:rsidR="008144F5" w:rsidRPr="00424820" w:rsidRDefault="00142F1E">
      <w:pPr>
        <w:pBdr>
          <w:bottom w:val="single" w:sz="8" w:space="2" w:color="1F4E78"/>
        </w:pBdr>
        <w:spacing w:before="200" w:after="80"/>
      </w:pPr>
      <w:r w:rsidRPr="00424820">
        <w:rPr>
          <w:rFonts w:ascii="Arial" w:hAnsi="Arial"/>
          <w:b/>
        </w:rPr>
        <w:t>SECTION 1: STATUTORY NOTICE &amp; RETRIEVAL POLICY</w:t>
      </w:r>
    </w:p>
    <w:p w14:paraId="234E553A" w14:textId="45321583" w:rsidR="008144F5" w:rsidRPr="00424820" w:rsidRDefault="00142F1E">
      <w:pPr>
        <w:spacing w:before="40" w:after="60"/>
      </w:pPr>
      <w:r w:rsidRPr="00424820">
        <w:rPr>
          <w:rFonts w:ascii="Calibri" w:hAnsi="Calibri"/>
          <w:b/>
        </w:rPr>
        <w:t xml:space="preserve">• Priority of Return: </w:t>
      </w:r>
      <w:r w:rsidRPr="00424820">
        <w:rPr>
          <w:rFonts w:ascii="Calibri" w:hAnsi="Calibri"/>
        </w:rPr>
        <w:t xml:space="preserve">Pursuant to Florida Rule of General Practice and Judicial Administration 2.430(f) and </w:t>
      </w:r>
      <w:r w:rsidR="00CC0687" w:rsidRPr="00424820">
        <w:rPr>
          <w:rFonts w:ascii="Calibri" w:hAnsi="Calibri"/>
        </w:rPr>
        <w:t>clerk policy</w:t>
      </w:r>
      <w:r w:rsidRPr="00424820">
        <w:rPr>
          <w:rFonts w:ascii="Calibri" w:hAnsi="Calibri"/>
        </w:rPr>
        <w:t>, the submitting party maintains primary priority for the return of admitted exhibits. Either party may submit a written request.</w:t>
      </w:r>
    </w:p>
    <w:p w14:paraId="0F285D87" w14:textId="5614932A" w:rsidR="008144F5" w:rsidRPr="00424820" w:rsidRDefault="00142F1E">
      <w:pPr>
        <w:spacing w:after="160"/>
      </w:pPr>
      <w:r w:rsidRPr="00424820">
        <w:rPr>
          <w:rFonts w:ascii="Calibri" w:hAnsi="Calibri"/>
          <w:b/>
        </w:rPr>
        <w:t xml:space="preserve">• Processing: </w:t>
      </w:r>
      <w:r w:rsidRPr="00424820">
        <w:rPr>
          <w:rFonts w:ascii="Calibri" w:hAnsi="Calibri"/>
        </w:rPr>
        <w:t>All requests must be submitted in writing.</w:t>
      </w:r>
      <w:r w:rsidR="00286905" w:rsidRPr="00424820">
        <w:rPr>
          <w:rFonts w:ascii="Calibri" w:hAnsi="Calibri"/>
        </w:rPr>
        <w:t xml:space="preserve"> (Please attach a separate </w:t>
      </w:r>
      <w:r w:rsidR="00D57E49" w:rsidRPr="00424820">
        <w:rPr>
          <w:rFonts w:ascii="Calibri" w:hAnsi="Calibri"/>
        </w:rPr>
        <w:t>written request)</w:t>
      </w:r>
      <w:r w:rsidRPr="00424820">
        <w:rPr>
          <w:rFonts w:ascii="Calibri" w:hAnsi="Calibri"/>
        </w:rPr>
        <w:t xml:space="preserve"> Upon review and confirmation of eligibility by the Clerk’s Office, you will be contacted via email or phone regarding the status of your request.</w:t>
      </w:r>
    </w:p>
    <w:p w14:paraId="1A98B426" w14:textId="77777777" w:rsidR="008144F5" w:rsidRPr="00424820" w:rsidRDefault="00142F1E">
      <w:pPr>
        <w:pBdr>
          <w:bottom w:val="single" w:sz="8" w:space="2" w:color="1F4E78"/>
        </w:pBdr>
        <w:spacing w:before="200" w:after="80"/>
      </w:pPr>
      <w:r w:rsidRPr="00424820">
        <w:rPr>
          <w:rFonts w:ascii="Arial" w:hAnsi="Arial"/>
          <w:b/>
        </w:rPr>
        <w:t>SECTION 2: CASE &amp; REQUESTER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50"/>
        <w:gridCol w:w="5130"/>
      </w:tblGrid>
      <w:tr w:rsidR="008144F5" w:rsidRPr="00424820" w14:paraId="14BDA014" w14:textId="77777777" w:rsidTr="00A07FE4">
        <w:trPr>
          <w:jc w:val="center"/>
        </w:trPr>
        <w:tc>
          <w:tcPr>
            <w:tcW w:w="4950" w:type="dxa"/>
          </w:tcPr>
          <w:p w14:paraId="6F43E0CE" w14:textId="58A489B7" w:rsidR="008144F5" w:rsidRPr="00424820" w:rsidRDefault="00142F1E">
            <w:pPr>
              <w:spacing w:before="60" w:after="60"/>
            </w:pPr>
            <w:r w:rsidRPr="00424820">
              <w:rPr>
                <w:rFonts w:ascii="Calibri" w:hAnsi="Calibri"/>
                <w:b/>
              </w:rPr>
              <w:t xml:space="preserve">Case Number: </w:t>
            </w:r>
            <w:r w:rsidRPr="00424820">
              <w:rPr>
                <w:rFonts w:ascii="Calibri" w:hAnsi="Calibri"/>
              </w:rPr>
              <w:t>_______________________________</w:t>
            </w:r>
          </w:p>
        </w:tc>
        <w:tc>
          <w:tcPr>
            <w:tcW w:w="5130" w:type="dxa"/>
          </w:tcPr>
          <w:p w14:paraId="1A143839" w14:textId="77777777" w:rsidR="008144F5" w:rsidRPr="00424820" w:rsidRDefault="00142F1E">
            <w:pPr>
              <w:spacing w:before="60" w:after="60"/>
            </w:pPr>
            <w:r w:rsidRPr="00424820">
              <w:rPr>
                <w:rFonts w:ascii="Calibri" w:hAnsi="Calibri"/>
                <w:b/>
              </w:rPr>
              <w:t xml:space="preserve">Date of Request: </w:t>
            </w:r>
            <w:r w:rsidRPr="00424820">
              <w:rPr>
                <w:rFonts w:ascii="Calibri" w:hAnsi="Calibri"/>
              </w:rPr>
              <w:t>____________________</w:t>
            </w:r>
          </w:p>
        </w:tc>
      </w:tr>
      <w:tr w:rsidR="008144F5" w:rsidRPr="00424820" w14:paraId="06D7E0C8" w14:textId="77777777">
        <w:trPr>
          <w:jc w:val="center"/>
        </w:trPr>
        <w:tc>
          <w:tcPr>
            <w:tcW w:w="10080" w:type="dxa"/>
            <w:gridSpan w:val="2"/>
          </w:tcPr>
          <w:p w14:paraId="0B4C3D49" w14:textId="77777777" w:rsidR="008144F5" w:rsidRPr="00424820" w:rsidRDefault="00142F1E">
            <w:pPr>
              <w:spacing w:before="60" w:after="60"/>
            </w:pPr>
            <w:r w:rsidRPr="00424820">
              <w:rPr>
                <w:rFonts w:ascii="Calibri" w:hAnsi="Calibri"/>
                <w:b/>
              </w:rPr>
              <w:t xml:space="preserve">Requester Full Name: </w:t>
            </w:r>
            <w:r w:rsidRPr="00424820">
              <w:rPr>
                <w:rFonts w:ascii="Calibri" w:hAnsi="Calibri"/>
              </w:rPr>
              <w:t>____________________________________________________________________</w:t>
            </w:r>
          </w:p>
        </w:tc>
      </w:tr>
      <w:tr w:rsidR="008144F5" w:rsidRPr="00424820" w14:paraId="2D7AF73A" w14:textId="77777777">
        <w:trPr>
          <w:jc w:val="center"/>
        </w:trPr>
        <w:tc>
          <w:tcPr>
            <w:tcW w:w="10080" w:type="dxa"/>
            <w:gridSpan w:val="2"/>
          </w:tcPr>
          <w:p w14:paraId="22D7022B" w14:textId="77777777" w:rsidR="008144F5" w:rsidRPr="00424820" w:rsidRDefault="00142F1E">
            <w:pPr>
              <w:spacing w:before="60" w:after="60"/>
            </w:pPr>
            <w:r w:rsidRPr="00424820">
              <w:rPr>
                <w:rFonts w:ascii="Calibri" w:hAnsi="Calibri"/>
                <w:b/>
              </w:rPr>
              <w:t xml:space="preserve">Role in Case: </w:t>
            </w:r>
            <w:r w:rsidRPr="00424820">
              <w:rPr>
                <w:rFonts w:ascii="Calibri" w:hAnsi="Calibri"/>
              </w:rPr>
              <w:t>[  ] Plaintiff / Petitioner     [  ] Defendant / Respondent     [  ] Attorney of Record</w:t>
            </w:r>
          </w:p>
        </w:tc>
      </w:tr>
      <w:tr w:rsidR="008144F5" w:rsidRPr="00424820" w14:paraId="673B5D4B" w14:textId="77777777">
        <w:trPr>
          <w:jc w:val="center"/>
        </w:trPr>
        <w:tc>
          <w:tcPr>
            <w:tcW w:w="10080" w:type="dxa"/>
            <w:gridSpan w:val="2"/>
          </w:tcPr>
          <w:p w14:paraId="616B2A1C" w14:textId="635EC6FA" w:rsidR="008144F5" w:rsidRPr="00424820" w:rsidRDefault="00142F1E">
            <w:pPr>
              <w:spacing w:before="60" w:after="60"/>
            </w:pPr>
            <w:r w:rsidRPr="00424820">
              <w:rPr>
                <w:rFonts w:ascii="Calibri" w:hAnsi="Calibri"/>
                <w:b/>
              </w:rPr>
              <w:t xml:space="preserve">Mailing Address: </w:t>
            </w:r>
            <w:r w:rsidRPr="00424820">
              <w:rPr>
                <w:rFonts w:ascii="Calibri" w:hAnsi="Calibri"/>
              </w:rPr>
              <w:t>_______________________________</w:t>
            </w:r>
            <w:r w:rsidR="00A07FE4" w:rsidRPr="00424820">
              <w:rPr>
                <w:rFonts w:ascii="Calibri" w:hAnsi="Calibri"/>
              </w:rPr>
              <w:t>_______</w:t>
            </w:r>
            <w:r w:rsidRPr="00424820">
              <w:rPr>
                <w:rFonts w:ascii="Calibri" w:hAnsi="Calibri"/>
              </w:rPr>
              <w:t>_____________________________________</w:t>
            </w:r>
          </w:p>
        </w:tc>
      </w:tr>
      <w:tr w:rsidR="008144F5" w:rsidRPr="00424820" w14:paraId="40910319" w14:textId="77777777" w:rsidTr="00A07FE4">
        <w:trPr>
          <w:jc w:val="center"/>
        </w:trPr>
        <w:tc>
          <w:tcPr>
            <w:tcW w:w="4950" w:type="dxa"/>
          </w:tcPr>
          <w:p w14:paraId="6B770060" w14:textId="77777777" w:rsidR="008144F5" w:rsidRPr="00424820" w:rsidRDefault="00142F1E">
            <w:pPr>
              <w:spacing w:before="60" w:after="60"/>
            </w:pPr>
            <w:r w:rsidRPr="00424820">
              <w:rPr>
                <w:rFonts w:ascii="Calibri" w:hAnsi="Calibri"/>
                <w:b/>
              </w:rPr>
              <w:t xml:space="preserve">Phone Number: </w:t>
            </w:r>
            <w:r w:rsidRPr="00424820">
              <w:rPr>
                <w:rFonts w:ascii="Calibri" w:hAnsi="Calibri"/>
              </w:rPr>
              <w:t>______________________</w:t>
            </w:r>
          </w:p>
        </w:tc>
        <w:tc>
          <w:tcPr>
            <w:tcW w:w="5130" w:type="dxa"/>
          </w:tcPr>
          <w:p w14:paraId="4F5665ED" w14:textId="2713EE62" w:rsidR="008144F5" w:rsidRPr="00424820" w:rsidRDefault="00142F1E">
            <w:pPr>
              <w:spacing w:before="60" w:after="60"/>
            </w:pPr>
            <w:r w:rsidRPr="00424820">
              <w:rPr>
                <w:rFonts w:ascii="Calibri" w:hAnsi="Calibri"/>
                <w:b/>
              </w:rPr>
              <w:t xml:space="preserve">Email Address: </w:t>
            </w:r>
            <w:r w:rsidRPr="00424820">
              <w:rPr>
                <w:rFonts w:ascii="Calibri" w:hAnsi="Calibri"/>
              </w:rPr>
              <w:t>__________________</w:t>
            </w:r>
            <w:r w:rsidR="00A07FE4" w:rsidRPr="00424820">
              <w:rPr>
                <w:rFonts w:ascii="Calibri" w:hAnsi="Calibri"/>
              </w:rPr>
              <w:t>_________</w:t>
            </w:r>
          </w:p>
        </w:tc>
      </w:tr>
    </w:tbl>
    <w:p w14:paraId="1630B34C" w14:textId="77777777" w:rsidR="008144F5" w:rsidRPr="00424820" w:rsidRDefault="00142F1E">
      <w:pPr>
        <w:pBdr>
          <w:bottom w:val="single" w:sz="8" w:space="2" w:color="1F4E78"/>
        </w:pBdr>
        <w:spacing w:before="200" w:after="80"/>
      </w:pPr>
      <w:r w:rsidRPr="00424820">
        <w:rPr>
          <w:rFonts w:ascii="Arial" w:hAnsi="Arial"/>
          <w:b/>
        </w:rPr>
        <w:t>SECTION 3: PREFERRED DELIVERY METHOD</w:t>
      </w:r>
    </w:p>
    <w:p w14:paraId="655B1C96" w14:textId="77777777" w:rsidR="008144F5" w:rsidRPr="00424820" w:rsidRDefault="00142F1E">
      <w:pPr>
        <w:spacing w:before="40" w:after="120"/>
      </w:pPr>
      <w:r w:rsidRPr="00424820">
        <w:rPr>
          <w:rFonts w:ascii="Calibri" w:hAnsi="Calibri"/>
          <w:i/>
        </w:rPr>
        <w:t>Select one option below. Evidence will only be released after eligibility confirmation by the Clerk.</w:t>
      </w:r>
    </w:p>
    <w:p w14:paraId="7364863F" w14:textId="77777777" w:rsidR="008144F5" w:rsidRPr="00424820" w:rsidRDefault="00142F1E">
      <w:pPr>
        <w:spacing w:before="60" w:after="60"/>
      </w:pPr>
      <w:r w:rsidRPr="00424820">
        <w:rPr>
          <w:rFonts w:ascii="Calibri" w:hAnsi="Calibri"/>
          <w:b/>
        </w:rPr>
        <w:t>[  ] In-Person Pick-Up</w:t>
      </w:r>
      <w:r w:rsidRPr="00424820">
        <w:rPr>
          <w:rFonts w:ascii="Calibri" w:hAnsi="Calibri"/>
          <w:b/>
        </w:rPr>
        <w:br/>
      </w:r>
      <w:r w:rsidRPr="00424820">
        <w:rPr>
          <w:rFonts w:ascii="Calibri" w:hAnsi="Calibri"/>
          <w:sz w:val="20"/>
        </w:rPr>
        <w:t xml:space="preserve">      I will schedule an appointment to collect the evidence at the Clerk’s Office (20 N. Main St., Rm 161, Brooksville, FL).</w:t>
      </w:r>
    </w:p>
    <w:p w14:paraId="727F2455" w14:textId="67689E0D" w:rsidR="008144F5" w:rsidRPr="00424820" w:rsidRDefault="00142F1E">
      <w:pPr>
        <w:spacing w:before="60" w:after="60"/>
      </w:pPr>
      <w:r w:rsidRPr="00424820">
        <w:rPr>
          <w:rFonts w:ascii="Calibri" w:hAnsi="Calibri"/>
          <w:b/>
        </w:rPr>
        <w:t>[  ] Digital Download (Paper / Document Exhibits Only)</w:t>
      </w:r>
      <w:r w:rsidRPr="00424820">
        <w:rPr>
          <w:rFonts w:ascii="Calibri" w:hAnsi="Calibri"/>
          <w:b/>
        </w:rPr>
        <w:br/>
      </w:r>
      <w:r w:rsidRPr="00424820">
        <w:rPr>
          <w:rFonts w:ascii="Calibri" w:hAnsi="Calibri"/>
          <w:sz w:val="20"/>
        </w:rPr>
        <w:t xml:space="preserve">      Provide a secure, shareable download link to the email address listed above. (Available only if all requested evidence is in paper/document format).</w:t>
      </w:r>
      <w:r w:rsidR="003D0090" w:rsidRPr="00424820">
        <w:rPr>
          <w:rFonts w:ascii="Calibri" w:hAnsi="Calibri"/>
          <w:sz w:val="20"/>
        </w:rPr>
        <w:t xml:space="preserve"> </w:t>
      </w:r>
    </w:p>
    <w:p w14:paraId="12A1BE0D" w14:textId="77777777" w:rsidR="008144F5" w:rsidRPr="00424820" w:rsidRDefault="00142F1E">
      <w:pPr>
        <w:spacing w:before="60" w:after="60"/>
      </w:pPr>
      <w:r w:rsidRPr="00424820">
        <w:rPr>
          <w:rFonts w:ascii="Calibri" w:hAnsi="Calibri"/>
          <w:b/>
        </w:rPr>
        <w:t>[  ] Mail Delivery (Pre-Paid Postage Required)</w:t>
      </w:r>
      <w:r w:rsidRPr="00424820">
        <w:rPr>
          <w:rFonts w:ascii="Calibri" w:hAnsi="Calibri"/>
          <w:b/>
        </w:rPr>
        <w:br/>
      </w:r>
      <w:r w:rsidRPr="00424820">
        <w:rPr>
          <w:rFonts w:ascii="Calibri" w:hAnsi="Calibri"/>
          <w:sz w:val="20"/>
        </w:rPr>
        <w:t xml:space="preserve">      I will provide a self-addressed, pre-paid envelope/box (e.g., 12x15 Manila envelope or flat-rate box with postage) sufficient for the volume of evidence requested.</w:t>
      </w:r>
    </w:p>
    <w:p w14:paraId="6204C539" w14:textId="77777777" w:rsidR="008144F5" w:rsidRPr="00424820" w:rsidRDefault="00142F1E">
      <w:pPr>
        <w:pBdr>
          <w:bottom w:val="single" w:sz="8" w:space="2" w:color="1F4E78"/>
        </w:pBdr>
        <w:spacing w:before="200" w:after="80"/>
      </w:pPr>
      <w:r w:rsidRPr="00424820">
        <w:rPr>
          <w:rFonts w:ascii="Arial" w:hAnsi="Arial"/>
          <w:b/>
        </w:rPr>
        <w:t>SECTION 4: SUBMISSION INSTRUCTIONS</w:t>
      </w:r>
    </w:p>
    <w:p w14:paraId="6C0F0701" w14:textId="77777777" w:rsidR="008144F5" w:rsidRPr="00424820" w:rsidRDefault="00142F1E">
      <w:pPr>
        <w:spacing w:before="80" w:after="80"/>
      </w:pPr>
      <w:r w:rsidRPr="00424820">
        <w:rPr>
          <w:rFonts w:ascii="Calibri" w:hAnsi="Calibri"/>
          <w:b/>
        </w:rPr>
        <w:t>Return this completed form via one of the following methods:</w:t>
      </w:r>
      <w:r w:rsidRPr="00424820">
        <w:rPr>
          <w:rFonts w:ascii="Calibri" w:hAnsi="Calibri"/>
          <w:b/>
        </w:rPr>
        <w:br/>
      </w:r>
      <w:r w:rsidRPr="00424820">
        <w:rPr>
          <w:rFonts w:ascii="Calibri" w:hAnsi="Calibri"/>
          <w:b/>
        </w:rPr>
        <w:br/>
        <w:t>1. In Person / Mail:</w:t>
      </w:r>
      <w:r w:rsidRPr="00424820">
        <w:rPr>
          <w:rFonts w:ascii="Calibri" w:hAnsi="Calibri"/>
          <w:b/>
        </w:rPr>
        <w:br/>
      </w:r>
      <w:r w:rsidRPr="00424820">
        <w:rPr>
          <w:rFonts w:ascii="Calibri" w:hAnsi="Calibri"/>
        </w:rPr>
        <w:t xml:space="preserve">    Hernando County Clerk of Circuit Court</w:t>
      </w:r>
      <w:r w:rsidRPr="00424820">
        <w:rPr>
          <w:rFonts w:ascii="Calibri" w:hAnsi="Calibri"/>
        </w:rPr>
        <w:br/>
        <w:t xml:space="preserve">    Attn: Courtroom Services</w:t>
      </w:r>
      <w:r w:rsidRPr="00424820">
        <w:rPr>
          <w:rFonts w:ascii="Calibri" w:hAnsi="Calibri"/>
        </w:rPr>
        <w:br/>
        <w:t xml:space="preserve">    20 North Main Street, Room 161</w:t>
      </w:r>
      <w:r w:rsidRPr="00424820">
        <w:rPr>
          <w:rFonts w:ascii="Calibri" w:hAnsi="Calibri"/>
        </w:rPr>
        <w:br/>
        <w:t xml:space="preserve">    Brooksville, FL 34601</w:t>
      </w:r>
      <w:r w:rsidRPr="00424820">
        <w:rPr>
          <w:rFonts w:ascii="Calibri" w:hAnsi="Calibri"/>
        </w:rPr>
        <w:br/>
      </w:r>
      <w:r w:rsidRPr="00424820">
        <w:rPr>
          <w:rFonts w:ascii="Calibri" w:hAnsi="Calibri"/>
        </w:rPr>
        <w:br/>
      </w:r>
      <w:r w:rsidRPr="00424820">
        <w:rPr>
          <w:rFonts w:ascii="Calibri" w:hAnsi="Calibri"/>
          <w:b/>
        </w:rPr>
        <w:t>2. Email:</w:t>
      </w:r>
      <w:r w:rsidRPr="00424820">
        <w:rPr>
          <w:rFonts w:ascii="Calibri" w:hAnsi="Calibri"/>
          <w:b/>
        </w:rPr>
        <w:br/>
      </w:r>
      <w:r w:rsidRPr="00424820">
        <w:rPr>
          <w:rFonts w:ascii="Calibri" w:hAnsi="Calibri"/>
        </w:rPr>
        <w:t xml:space="preserve">    CourtroomServices@hernandoclerk.org</w:t>
      </w:r>
    </w:p>
    <w:sectPr w:rsidR="008144F5" w:rsidRPr="00424820" w:rsidSect="00A07FE4">
      <w:pgSz w:w="12240" w:h="15840"/>
      <w:pgMar w:top="54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0395092">
    <w:abstractNumId w:val="8"/>
  </w:num>
  <w:num w:numId="2" w16cid:durableId="335695068">
    <w:abstractNumId w:val="6"/>
  </w:num>
  <w:num w:numId="3" w16cid:durableId="1969625179">
    <w:abstractNumId w:val="5"/>
  </w:num>
  <w:num w:numId="4" w16cid:durableId="684986138">
    <w:abstractNumId w:val="4"/>
  </w:num>
  <w:num w:numId="5" w16cid:durableId="470248230">
    <w:abstractNumId w:val="7"/>
  </w:num>
  <w:num w:numId="6" w16cid:durableId="1458375732">
    <w:abstractNumId w:val="3"/>
  </w:num>
  <w:num w:numId="7" w16cid:durableId="26297901">
    <w:abstractNumId w:val="2"/>
  </w:num>
  <w:num w:numId="8" w16cid:durableId="2094935356">
    <w:abstractNumId w:val="1"/>
  </w:num>
  <w:num w:numId="9" w16cid:durableId="231620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1CE7"/>
    <w:rsid w:val="00142F1E"/>
    <w:rsid w:val="0015074B"/>
    <w:rsid w:val="00286905"/>
    <w:rsid w:val="0029639D"/>
    <w:rsid w:val="00326F90"/>
    <w:rsid w:val="003D0090"/>
    <w:rsid w:val="00424820"/>
    <w:rsid w:val="00620038"/>
    <w:rsid w:val="008144F5"/>
    <w:rsid w:val="00A07FE4"/>
    <w:rsid w:val="00A85436"/>
    <w:rsid w:val="00AA1D8D"/>
    <w:rsid w:val="00B47730"/>
    <w:rsid w:val="00B54F03"/>
    <w:rsid w:val="00CB0664"/>
    <w:rsid w:val="00CC0687"/>
    <w:rsid w:val="00D57E49"/>
    <w:rsid w:val="00EA20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0A7E47"/>
  <w14:defaultImageDpi w14:val="300"/>
  <w15:docId w15:val="{4C6F1358-C253-4874-9BF3-E544C8BE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1965</Characters>
  <Application>Microsoft Office Word</Application>
  <DocSecurity>4</DocSecurity>
  <Lines>42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Alicia Baker</cp:lastModifiedBy>
  <cp:revision>2</cp:revision>
  <cp:lastPrinted>2026-09-28T18:53:00Z</cp:lastPrinted>
  <dcterms:created xsi:type="dcterms:W3CDTF">2026-10-01T12:02:00Z</dcterms:created>
  <dcterms:modified xsi:type="dcterms:W3CDTF">2026-10-01T12:02:00Z</dcterms:modified>
  <cp:category/>
</cp:coreProperties>
</file>